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1A59F7" w14:paraId="2F88B0D7" w14:textId="77777777" w:rsidTr="00145373">
        <w:trPr>
          <w:cantSplit/>
          <w:trHeight w:val="510"/>
        </w:trPr>
        <w:tc>
          <w:tcPr>
            <w:tcW w:w="1606" w:type="dxa"/>
            <w:vMerge w:val="restart"/>
            <w:shd w:val="clear" w:color="auto" w:fill="F0F0F0"/>
            <w:vAlign w:val="center"/>
          </w:tcPr>
          <w:p w14:paraId="3CDAEE37" w14:textId="77777777" w:rsidR="001A59F7" w:rsidRDefault="001A59F7" w:rsidP="00DF7B26">
            <w:pPr>
              <w:keepNext/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20174B91" wp14:editId="38BAC594">
                  <wp:extent cx="882650" cy="894715"/>
                  <wp:effectExtent l="0" t="0" r="0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mall-stema-judet-Bacau.gif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650" cy="894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0" w:type="dxa"/>
            <w:gridSpan w:val="3"/>
            <w:shd w:val="clear" w:color="auto" w:fill="F0F0F0"/>
            <w:vAlign w:val="center"/>
          </w:tcPr>
          <w:p w14:paraId="35F19B85" w14:textId="77777777" w:rsidR="001A59F7" w:rsidRDefault="001A59F7" w:rsidP="00DF7B26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10E8015B" w14:textId="77777777" w:rsidR="001A59F7" w:rsidRPr="00E946EB" w:rsidRDefault="001A59F7" w:rsidP="00DF7B26">
            <w:pPr>
              <w:keepNext/>
              <w:rPr>
                <w:sz w:val="18"/>
                <w:szCs w:val="18"/>
                <w:lang w:val="ro-RO"/>
              </w:rPr>
            </w:pPr>
            <w:r w:rsidRPr="00E946EB">
              <w:rPr>
                <w:sz w:val="18"/>
                <w:szCs w:val="18"/>
              </w:rPr>
              <w:t>BACĂU</w:t>
            </w:r>
          </w:p>
        </w:tc>
      </w:tr>
      <w:tr w:rsidR="001A59F7" w14:paraId="0E2CB744" w14:textId="77777777" w:rsidTr="00145373">
        <w:trPr>
          <w:cantSplit/>
          <w:trHeight w:val="510"/>
        </w:trPr>
        <w:tc>
          <w:tcPr>
            <w:tcW w:w="1606" w:type="dxa"/>
            <w:vMerge/>
            <w:shd w:val="clear" w:color="auto" w:fill="F0F0F0"/>
          </w:tcPr>
          <w:p w14:paraId="29F4E519" w14:textId="77777777" w:rsidR="001A59F7" w:rsidRDefault="001A59F7" w:rsidP="00DF7B26"/>
        </w:tc>
        <w:tc>
          <w:tcPr>
            <w:tcW w:w="8030" w:type="dxa"/>
            <w:gridSpan w:val="3"/>
            <w:shd w:val="clear" w:color="auto" w:fill="F0F0F0"/>
            <w:vAlign w:val="center"/>
          </w:tcPr>
          <w:p w14:paraId="3305C461" w14:textId="77777777" w:rsidR="001A59F7" w:rsidRDefault="001A59F7" w:rsidP="00DF7B26">
            <w:pPr>
              <w:keepNext/>
            </w:pPr>
            <w:r>
              <w:rPr>
                <w:b/>
                <w:color w:val="0D5F78"/>
              </w:rPr>
              <w:t>Autoritatea administrației publice</w:t>
            </w:r>
          </w:p>
          <w:p w14:paraId="7F4B7DF9" w14:textId="77777777" w:rsidR="001A59F7" w:rsidRPr="00E946EB" w:rsidRDefault="001A59F7" w:rsidP="00DF7B26">
            <w:pPr>
              <w:keepNext/>
              <w:spacing w:before="40"/>
              <w:rPr>
                <w:sz w:val="18"/>
                <w:szCs w:val="18"/>
              </w:rPr>
            </w:pPr>
            <w:r w:rsidRPr="00E946EB">
              <w:rPr>
                <w:sz w:val="18"/>
                <w:szCs w:val="18"/>
              </w:rPr>
              <w:t>CONSILIUL JUDEȚEAN BACĂU</w:t>
            </w:r>
          </w:p>
        </w:tc>
      </w:tr>
      <w:tr w:rsidR="001A59F7" w14:paraId="6BA5B7B6" w14:textId="77777777" w:rsidTr="00145373">
        <w:trPr>
          <w:cantSplit/>
          <w:trHeight w:val="510"/>
        </w:trPr>
        <w:tc>
          <w:tcPr>
            <w:tcW w:w="1606" w:type="dxa"/>
            <w:vMerge/>
            <w:shd w:val="clear" w:color="auto" w:fill="F0F0F0"/>
          </w:tcPr>
          <w:p w14:paraId="647F5E47" w14:textId="77777777" w:rsidR="001A59F7" w:rsidRDefault="001A59F7" w:rsidP="00DF7B26"/>
        </w:tc>
        <w:tc>
          <w:tcPr>
            <w:tcW w:w="2409" w:type="dxa"/>
            <w:shd w:val="clear" w:color="auto" w:fill="F0F0F0"/>
          </w:tcPr>
          <w:p w14:paraId="0550BAF0" w14:textId="77777777" w:rsidR="001A59F7" w:rsidRPr="00F801F2" w:rsidRDefault="001A59F7" w:rsidP="00DF7B26">
            <w:pPr>
              <w:keepNext/>
              <w:rPr>
                <w:lang w:val="fr-FR"/>
              </w:rPr>
            </w:pPr>
            <w:r w:rsidRPr="00F801F2">
              <w:rPr>
                <w:b/>
                <w:color w:val="0D5F78"/>
                <w:lang w:val="fr-FR"/>
              </w:rPr>
              <w:t>Cod de identificare fiscală (CIF)</w:t>
            </w:r>
          </w:p>
          <w:p w14:paraId="0520474F" w14:textId="77777777" w:rsidR="001A59F7" w:rsidRPr="00E946EB" w:rsidRDefault="001A59F7" w:rsidP="00DF7B26">
            <w:pPr>
              <w:keepNext/>
              <w:rPr>
                <w:sz w:val="18"/>
                <w:szCs w:val="18"/>
                <w:lang w:val="fr-FR"/>
              </w:rPr>
            </w:pPr>
            <w:r w:rsidRPr="00E946EB">
              <w:rPr>
                <w:sz w:val="18"/>
                <w:szCs w:val="18"/>
                <w:lang w:val="fr-FR"/>
              </w:rPr>
              <w:t>5057580</w:t>
            </w:r>
          </w:p>
        </w:tc>
        <w:tc>
          <w:tcPr>
            <w:tcW w:w="5621" w:type="dxa"/>
            <w:gridSpan w:val="2"/>
            <w:shd w:val="clear" w:color="auto" w:fill="F0F0F0"/>
          </w:tcPr>
          <w:p w14:paraId="425C4511" w14:textId="77777777" w:rsidR="001A59F7" w:rsidRDefault="001A59F7" w:rsidP="00DF7B26">
            <w:pPr>
              <w:keepNext/>
            </w:pPr>
            <w:r>
              <w:rPr>
                <w:b/>
                <w:color w:val="0D5F78"/>
              </w:rPr>
              <w:t>Adresa oficială</w:t>
            </w:r>
          </w:p>
          <w:p w14:paraId="68D26CD3" w14:textId="77777777" w:rsidR="001A59F7" w:rsidRPr="00A96E41" w:rsidRDefault="001A59F7" w:rsidP="00DF7B26">
            <w:pPr>
              <w:keepNext/>
              <w:rPr>
                <w:sz w:val="18"/>
                <w:szCs w:val="18"/>
              </w:rPr>
            </w:pPr>
            <w:r w:rsidRPr="00A96E41">
              <w:rPr>
                <w:i/>
                <w:color w:val="000000" w:themeColor="text1"/>
                <w:sz w:val="18"/>
                <w:szCs w:val="18"/>
              </w:rPr>
              <w:t xml:space="preserve">Bacău, Calea Mărășești nr. 2; 0234-537.200, </w:t>
            </w:r>
            <w:hyperlink r:id="rId9" w:history="1">
              <w:r w:rsidRPr="00A96E41">
                <w:rPr>
                  <w:rStyle w:val="Hyperlink"/>
                  <w:i/>
                  <w:sz w:val="18"/>
                  <w:szCs w:val="18"/>
                </w:rPr>
                <w:t>csjbacau@csjbacau.ro</w:t>
              </w:r>
            </w:hyperlink>
            <w:r w:rsidRPr="00A96E41">
              <w:rPr>
                <w:i/>
                <w:color w:val="7A7A7A"/>
                <w:sz w:val="18"/>
                <w:szCs w:val="18"/>
              </w:rPr>
              <w:t xml:space="preserve"> </w:t>
            </w:r>
          </w:p>
        </w:tc>
      </w:tr>
      <w:tr w:rsidR="001A59F7" w14:paraId="323B2690" w14:textId="77777777" w:rsidTr="00145373">
        <w:trPr>
          <w:cantSplit/>
          <w:trHeight w:val="510"/>
        </w:trPr>
        <w:tc>
          <w:tcPr>
            <w:tcW w:w="1606" w:type="dxa"/>
            <w:vMerge/>
            <w:shd w:val="clear" w:color="auto" w:fill="F0F0F0"/>
          </w:tcPr>
          <w:p w14:paraId="4F85B1E2" w14:textId="77777777" w:rsidR="001A59F7" w:rsidRDefault="001A59F7" w:rsidP="00DF7B26"/>
        </w:tc>
        <w:tc>
          <w:tcPr>
            <w:tcW w:w="4818" w:type="dxa"/>
            <w:gridSpan w:val="2"/>
            <w:shd w:val="clear" w:color="auto" w:fill="F0F0F0"/>
          </w:tcPr>
          <w:p w14:paraId="5706132D" w14:textId="77777777" w:rsidR="001A59F7" w:rsidRDefault="001A59F7" w:rsidP="00DF7B26">
            <w:pPr>
              <w:keepNext/>
            </w:pPr>
            <w:r>
              <w:rPr>
                <w:b/>
                <w:color w:val="0D5F78"/>
              </w:rPr>
              <w:t>Număr de înregistrare</w:t>
            </w:r>
          </w:p>
          <w:p w14:paraId="1F1A8AA7" w14:textId="77777777" w:rsidR="001A59F7" w:rsidRDefault="001A59F7" w:rsidP="00DF7B26">
            <w:pPr>
              <w:keepNext/>
            </w:pPr>
          </w:p>
        </w:tc>
        <w:tc>
          <w:tcPr>
            <w:tcW w:w="3212" w:type="dxa"/>
            <w:shd w:val="clear" w:color="auto" w:fill="F0F0F0"/>
          </w:tcPr>
          <w:p w14:paraId="5845F252" w14:textId="77777777" w:rsidR="001A59F7" w:rsidRDefault="001A59F7" w:rsidP="00DF7B26">
            <w:pPr>
              <w:keepNext/>
            </w:pPr>
            <w:r>
              <w:rPr>
                <w:b/>
                <w:color w:val="0D5F78"/>
              </w:rPr>
              <w:t>Data</w:t>
            </w:r>
          </w:p>
          <w:p w14:paraId="0E6E22D6" w14:textId="77777777" w:rsidR="001A59F7" w:rsidRDefault="001A59F7" w:rsidP="00DF7B26">
            <w:pPr>
              <w:keepNext/>
            </w:pPr>
          </w:p>
        </w:tc>
      </w:tr>
      <w:tr w:rsidR="001A59F7" w:rsidRPr="0021562A" w14:paraId="0608F122" w14:textId="77777777" w:rsidTr="00DF7B26">
        <w:trPr>
          <w:cantSplit/>
        </w:trPr>
        <w:tc>
          <w:tcPr>
            <w:tcW w:w="9636" w:type="dxa"/>
            <w:gridSpan w:val="4"/>
            <w:shd w:val="clear" w:color="auto" w:fill="F0F0F0"/>
          </w:tcPr>
          <w:p w14:paraId="22432C58" w14:textId="77777777" w:rsidR="001A59F7" w:rsidRPr="00F801F2" w:rsidRDefault="001A59F7" w:rsidP="00DF7B26">
            <w:pPr>
              <w:rPr>
                <w:lang w:val="fr-FR"/>
              </w:rPr>
            </w:pPr>
            <w:r w:rsidRPr="00F801F2">
              <w:rPr>
                <w:i/>
                <w:color w:val="595959"/>
                <w:lang w:val="fr-FR"/>
              </w:rPr>
              <w:t xml:space="preserve"> se completează de autoritate — solicitantul nu scrie în această zonă</w:t>
            </w:r>
          </w:p>
        </w:tc>
      </w:tr>
    </w:tbl>
    <w:p w14:paraId="72E6D1D1" w14:textId="77777777" w:rsidR="001E1635" w:rsidRPr="006257CA" w:rsidRDefault="001E1635">
      <w:pPr>
        <w:spacing w:line="168" w:lineRule="auto"/>
        <w:rPr>
          <w:lang w:val="fr-FR"/>
        </w:rPr>
      </w:pPr>
    </w:p>
    <w:p w14:paraId="1DD2FBAB" w14:textId="6A747212" w:rsidR="001E1635" w:rsidRPr="00A37FAC" w:rsidRDefault="004D7385" w:rsidP="006257CA">
      <w:pPr>
        <w:spacing w:before="140" w:after="40"/>
        <w:jc w:val="center"/>
        <w:rPr>
          <w:sz w:val="28"/>
          <w:szCs w:val="28"/>
        </w:rPr>
      </w:pPr>
      <w:r w:rsidRPr="00A37FAC">
        <w:rPr>
          <w:b/>
          <w:sz w:val="28"/>
          <w:szCs w:val="28"/>
        </w:rPr>
        <w:t>CERERE</w:t>
      </w: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1E1635" w14:paraId="2045E07B" w14:textId="77777777">
        <w:trPr>
          <w:cantSplit/>
        </w:trPr>
        <w:tc>
          <w:tcPr>
            <w:tcW w:w="9636" w:type="dxa"/>
            <w:shd w:val="clear" w:color="auto" w:fill="F4F4F4"/>
          </w:tcPr>
          <w:p w14:paraId="420DA37E" w14:textId="77777777" w:rsidR="001E1635" w:rsidRDefault="004D7385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1E1635" w:rsidRPr="00A37FAC" w14:paraId="3420F494" w14:textId="77777777">
        <w:trPr>
          <w:cantSplit/>
          <w:trHeight w:val="510"/>
        </w:trPr>
        <w:tc>
          <w:tcPr>
            <w:tcW w:w="9636" w:type="dxa"/>
          </w:tcPr>
          <w:p w14:paraId="33C1A201" w14:textId="77777777" w:rsidR="001E1635" w:rsidRPr="006257CA" w:rsidRDefault="004D7385">
            <w:pPr>
              <w:keepNext/>
              <w:rPr>
                <w:lang w:val="fr-FR"/>
              </w:rPr>
            </w:pPr>
            <w:r w:rsidRPr="006257CA">
              <w:rPr>
                <w:b/>
                <w:color w:val="0D5F78"/>
                <w:lang w:val="fr-FR"/>
              </w:rPr>
              <w:t>Instituția</w:t>
            </w:r>
          </w:p>
          <w:p w14:paraId="4062A54C" w14:textId="77777777" w:rsidR="00714391" w:rsidRPr="00310E6F" w:rsidRDefault="00714391" w:rsidP="00714391">
            <w:pPr>
              <w:keepNext/>
              <w:spacing w:before="40"/>
              <w:rPr>
                <w:color w:val="000000" w:themeColor="text1"/>
                <w:sz w:val="22"/>
                <w:lang w:val="fr-FR"/>
              </w:rPr>
            </w:pPr>
            <w:r w:rsidRPr="00310E6F">
              <w:rPr>
                <w:color w:val="000000" w:themeColor="text1"/>
                <w:sz w:val="22"/>
                <w:lang w:val="fr-FR"/>
              </w:rPr>
              <w:t xml:space="preserve">Președintele </w:t>
            </w:r>
            <w:r w:rsidRPr="00310E6F">
              <w:rPr>
                <w:sz w:val="22"/>
              </w:rPr>
              <w:t>Consiliului</w:t>
            </w:r>
            <w:r w:rsidRPr="00310E6F">
              <w:rPr>
                <w:color w:val="000000" w:themeColor="text1"/>
                <w:sz w:val="22"/>
                <w:lang w:val="fr-FR"/>
              </w:rPr>
              <w:t xml:space="preserve"> Județean Bacău</w:t>
            </w:r>
          </w:p>
          <w:p w14:paraId="5258CF99" w14:textId="77777777" w:rsidR="001E1635" w:rsidRPr="006257CA" w:rsidRDefault="001E1635">
            <w:pPr>
              <w:keepNext/>
              <w:rPr>
                <w:lang w:val="fr-FR"/>
              </w:rPr>
            </w:pPr>
          </w:p>
        </w:tc>
      </w:tr>
      <w:tr w:rsidR="001E1635" w:rsidRPr="00A37FAC" w14:paraId="75BAA432" w14:textId="77777777">
        <w:trPr>
          <w:cantSplit/>
        </w:trPr>
        <w:tc>
          <w:tcPr>
            <w:tcW w:w="9636" w:type="dxa"/>
            <w:shd w:val="clear" w:color="auto" w:fill="F4F4F4"/>
          </w:tcPr>
          <w:p w14:paraId="6F539CFE" w14:textId="77777777" w:rsidR="001E1635" w:rsidRPr="006257CA" w:rsidRDefault="004D7385">
            <w:pPr>
              <w:spacing w:line="228" w:lineRule="auto"/>
              <w:rPr>
                <w:lang w:val="fr-FR"/>
              </w:rPr>
            </w:pPr>
            <w:r w:rsidRPr="006257CA">
              <w:rPr>
                <w:lang w:val="fr-FR"/>
              </w:rPr>
              <w:t>Cererea va fi transmisă către președintele consiliului județean, primarul general, primarul de sector sau primarul municipiului / orașului / comunei, după caz.</w:t>
            </w:r>
          </w:p>
        </w:tc>
      </w:tr>
    </w:tbl>
    <w:p w14:paraId="143A0FF9" w14:textId="77777777" w:rsidR="001E1635" w:rsidRPr="006257CA" w:rsidRDefault="001E1635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1E1635" w14:paraId="5854020C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2837609" w14:textId="77777777" w:rsidR="001E1635" w:rsidRDefault="004D7385">
            <w:pPr>
              <w:keepNext/>
            </w:pPr>
            <w:r w:rsidRPr="006257C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1E1635" w14:paraId="4480B39A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29DF6AD7" w14:textId="77777777" w:rsidR="001E1635" w:rsidRDefault="004D7385">
            <w:pPr>
              <w:keepNext/>
            </w:pPr>
            <w:r>
              <w:rPr>
                <w:b/>
                <w:color w:val="0D5F78"/>
              </w:rPr>
              <w:t>Nume și prenume</w:t>
            </w:r>
          </w:p>
          <w:p w14:paraId="7B1283D5" w14:textId="77777777" w:rsidR="001E1635" w:rsidRDefault="001E1635">
            <w:pPr>
              <w:keepNext/>
            </w:pPr>
          </w:p>
        </w:tc>
        <w:tc>
          <w:tcPr>
            <w:tcW w:w="4015" w:type="dxa"/>
            <w:gridSpan w:val="3"/>
          </w:tcPr>
          <w:p w14:paraId="10587865" w14:textId="77777777" w:rsidR="001E1635" w:rsidRDefault="004D7385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2D0F7177" w14:textId="77777777" w:rsidR="001E1635" w:rsidRDefault="001E1635">
            <w:pPr>
              <w:keepNext/>
            </w:pPr>
          </w:p>
        </w:tc>
      </w:tr>
      <w:tr w:rsidR="001E1635" w14:paraId="281AC35D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876FED4" w14:textId="77777777" w:rsidR="001E1635" w:rsidRDefault="004D7385">
            <w:pPr>
              <w:keepNext/>
            </w:pPr>
            <w:r>
              <w:rPr>
                <w:sz w:val="16"/>
              </w:rPr>
              <w:t xml:space="preserve"> Act de identitate</w:t>
            </w:r>
          </w:p>
        </w:tc>
      </w:tr>
      <w:tr w:rsidR="001E1635" w14:paraId="3790C6C1" w14:textId="77777777">
        <w:trPr>
          <w:cantSplit/>
          <w:trHeight w:val="510"/>
        </w:trPr>
        <w:tc>
          <w:tcPr>
            <w:tcW w:w="1606" w:type="dxa"/>
          </w:tcPr>
          <w:p w14:paraId="25C5910B" w14:textId="77777777" w:rsidR="001E1635" w:rsidRDefault="004D7385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275A06B3" w14:textId="77777777" w:rsidR="001E1635" w:rsidRDefault="001E1635">
            <w:pPr>
              <w:keepNext/>
            </w:pPr>
          </w:p>
        </w:tc>
        <w:tc>
          <w:tcPr>
            <w:tcW w:w="1606" w:type="dxa"/>
          </w:tcPr>
          <w:p w14:paraId="43BFC13E" w14:textId="77777777" w:rsidR="001E1635" w:rsidRDefault="004D7385">
            <w:pPr>
              <w:keepNext/>
            </w:pPr>
            <w:r>
              <w:rPr>
                <w:b/>
                <w:color w:val="0D5F78"/>
              </w:rPr>
              <w:t>Numărul</w:t>
            </w:r>
          </w:p>
          <w:p w14:paraId="2E65348D" w14:textId="77777777" w:rsidR="001E1635" w:rsidRDefault="001E1635">
            <w:pPr>
              <w:keepNext/>
            </w:pPr>
          </w:p>
        </w:tc>
        <w:tc>
          <w:tcPr>
            <w:tcW w:w="4818" w:type="dxa"/>
            <w:gridSpan w:val="5"/>
          </w:tcPr>
          <w:p w14:paraId="7B9DD492" w14:textId="77777777" w:rsidR="001E1635" w:rsidRDefault="004D7385">
            <w:pPr>
              <w:keepNext/>
            </w:pPr>
            <w:r>
              <w:rPr>
                <w:b/>
                <w:color w:val="0D5F78"/>
              </w:rPr>
              <w:t>Eliberat de</w:t>
            </w:r>
          </w:p>
          <w:p w14:paraId="70F0CC96" w14:textId="77777777" w:rsidR="001E1635" w:rsidRDefault="001E1635">
            <w:pPr>
              <w:keepNext/>
            </w:pPr>
          </w:p>
        </w:tc>
        <w:tc>
          <w:tcPr>
            <w:tcW w:w="1606" w:type="dxa"/>
          </w:tcPr>
          <w:p w14:paraId="60E597E4" w14:textId="77777777" w:rsidR="001E1635" w:rsidRDefault="004D7385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6300FA57" w14:textId="77777777" w:rsidR="001E1635" w:rsidRDefault="001E1635">
            <w:pPr>
              <w:keepNext/>
            </w:pPr>
          </w:p>
        </w:tc>
      </w:tr>
      <w:tr w:rsidR="001E1635" w14:paraId="67FFBA1F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4825AA36" w14:textId="77777777" w:rsidR="001E1635" w:rsidRDefault="004D7385">
            <w:pPr>
              <w:keepNext/>
            </w:pPr>
            <w:r>
              <w:rPr>
                <w:sz w:val="16"/>
              </w:rPr>
              <w:t xml:space="preserve"> Domiciliul</w:t>
            </w:r>
          </w:p>
        </w:tc>
      </w:tr>
      <w:tr w:rsidR="001E1635" w14:paraId="5A3E1F29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589435AA" w14:textId="77777777" w:rsidR="001E1635" w:rsidRDefault="004D7385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48DBA502" w14:textId="77777777" w:rsidR="001E1635" w:rsidRDefault="001E1635">
            <w:pPr>
              <w:keepNext/>
            </w:pPr>
          </w:p>
        </w:tc>
        <w:tc>
          <w:tcPr>
            <w:tcW w:w="3212" w:type="dxa"/>
            <w:gridSpan w:val="4"/>
          </w:tcPr>
          <w:p w14:paraId="2D5606EF" w14:textId="77777777" w:rsidR="001E1635" w:rsidRDefault="004D7385">
            <w:pPr>
              <w:keepNext/>
            </w:pPr>
            <w:r>
              <w:rPr>
                <w:b/>
                <w:color w:val="0D5F78"/>
              </w:rPr>
              <w:t>Municipiul / orașul / comuna</w:t>
            </w:r>
          </w:p>
          <w:p w14:paraId="5854C40F" w14:textId="77777777" w:rsidR="001E1635" w:rsidRDefault="001E1635">
            <w:pPr>
              <w:keepNext/>
            </w:pPr>
          </w:p>
        </w:tc>
        <w:tc>
          <w:tcPr>
            <w:tcW w:w="3212" w:type="dxa"/>
            <w:gridSpan w:val="2"/>
          </w:tcPr>
          <w:p w14:paraId="46F246FF" w14:textId="77777777" w:rsidR="001E1635" w:rsidRDefault="004D7385">
            <w:pPr>
              <w:keepNext/>
            </w:pPr>
            <w:r>
              <w:rPr>
                <w:b/>
                <w:color w:val="0D5F78"/>
              </w:rPr>
              <w:t>Satul / sectorul</w:t>
            </w:r>
          </w:p>
          <w:p w14:paraId="579A6C6B" w14:textId="77777777" w:rsidR="001E1635" w:rsidRDefault="001E1635">
            <w:pPr>
              <w:keepNext/>
            </w:pPr>
          </w:p>
        </w:tc>
      </w:tr>
      <w:tr w:rsidR="001E1635" w14:paraId="476479AF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1C3E3D04" w14:textId="77777777" w:rsidR="001E1635" w:rsidRDefault="004D7385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1AB7831E" w14:textId="77777777" w:rsidR="001E1635" w:rsidRDefault="001E1635">
            <w:pPr>
              <w:keepNext/>
            </w:pPr>
          </w:p>
        </w:tc>
        <w:tc>
          <w:tcPr>
            <w:tcW w:w="803" w:type="dxa"/>
          </w:tcPr>
          <w:p w14:paraId="0D2DE660" w14:textId="77777777" w:rsidR="001E1635" w:rsidRDefault="004D7385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34EBA780" w14:textId="77777777" w:rsidR="001E1635" w:rsidRDefault="001E1635">
            <w:pPr>
              <w:keepNext/>
            </w:pPr>
          </w:p>
        </w:tc>
        <w:tc>
          <w:tcPr>
            <w:tcW w:w="803" w:type="dxa"/>
          </w:tcPr>
          <w:p w14:paraId="4F859CEF" w14:textId="77777777" w:rsidR="001E1635" w:rsidRDefault="004D7385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53E268F2" w14:textId="77777777" w:rsidR="001E1635" w:rsidRDefault="001E1635">
            <w:pPr>
              <w:keepNext/>
            </w:pPr>
          </w:p>
        </w:tc>
        <w:tc>
          <w:tcPr>
            <w:tcW w:w="803" w:type="dxa"/>
          </w:tcPr>
          <w:p w14:paraId="2FE0E9E0" w14:textId="77777777" w:rsidR="001E1635" w:rsidRDefault="004D7385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627907AC" w14:textId="77777777" w:rsidR="001E1635" w:rsidRDefault="001E1635">
            <w:pPr>
              <w:keepNext/>
            </w:pPr>
          </w:p>
        </w:tc>
        <w:tc>
          <w:tcPr>
            <w:tcW w:w="803" w:type="dxa"/>
          </w:tcPr>
          <w:p w14:paraId="58282E65" w14:textId="77777777" w:rsidR="001E1635" w:rsidRDefault="004D7385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1888BB86" w14:textId="77777777" w:rsidR="001E1635" w:rsidRDefault="001E1635">
            <w:pPr>
              <w:keepNext/>
            </w:pPr>
          </w:p>
        </w:tc>
        <w:tc>
          <w:tcPr>
            <w:tcW w:w="1606" w:type="dxa"/>
          </w:tcPr>
          <w:p w14:paraId="508ECD8F" w14:textId="77777777" w:rsidR="001E1635" w:rsidRDefault="004D7385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1170C48A" w14:textId="77777777" w:rsidR="001E1635" w:rsidRDefault="001E1635">
            <w:pPr>
              <w:keepNext/>
            </w:pPr>
          </w:p>
        </w:tc>
        <w:tc>
          <w:tcPr>
            <w:tcW w:w="1606" w:type="dxa"/>
          </w:tcPr>
          <w:p w14:paraId="2E309097" w14:textId="77777777" w:rsidR="001E1635" w:rsidRDefault="004D7385">
            <w:pPr>
              <w:keepNext/>
            </w:pPr>
            <w:r>
              <w:rPr>
                <w:b/>
                <w:color w:val="0D5F78"/>
              </w:rPr>
              <w:t>Țara</w:t>
            </w:r>
          </w:p>
          <w:p w14:paraId="1827BC03" w14:textId="77777777" w:rsidR="001E1635" w:rsidRDefault="001E1635">
            <w:pPr>
              <w:keepNext/>
            </w:pPr>
          </w:p>
        </w:tc>
      </w:tr>
      <w:tr w:rsidR="001E1635" w14:paraId="4797D956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749D0A0F" w14:textId="77777777" w:rsidR="001E1635" w:rsidRDefault="004D7385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1E1635" w14:paraId="10DC5DDE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277983B2" w14:textId="77777777" w:rsidR="001E1635" w:rsidRDefault="004D7385">
            <w:pPr>
              <w:keepNext/>
            </w:pPr>
            <w:r>
              <w:rPr>
                <w:b/>
                <w:color w:val="0D5F78"/>
              </w:rPr>
              <w:t>Telefon / fax</w:t>
            </w:r>
          </w:p>
          <w:p w14:paraId="7BBE1A21" w14:textId="77777777" w:rsidR="001E1635" w:rsidRDefault="001E1635">
            <w:pPr>
              <w:keepNext/>
            </w:pPr>
          </w:p>
        </w:tc>
        <w:tc>
          <w:tcPr>
            <w:tcW w:w="5621" w:type="dxa"/>
            <w:gridSpan w:val="5"/>
          </w:tcPr>
          <w:p w14:paraId="46FD555B" w14:textId="77777777" w:rsidR="001E1635" w:rsidRDefault="004D7385">
            <w:pPr>
              <w:keepNext/>
            </w:pPr>
            <w:r>
              <w:rPr>
                <w:b/>
                <w:color w:val="0D5F78"/>
              </w:rPr>
              <w:t>E-mail</w:t>
            </w:r>
          </w:p>
          <w:p w14:paraId="7FC05727" w14:textId="77777777" w:rsidR="001E1635" w:rsidRDefault="001E1635">
            <w:pPr>
              <w:keepNext/>
            </w:pPr>
          </w:p>
        </w:tc>
      </w:tr>
      <w:tr w:rsidR="001E1635" w14:paraId="22088ED8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7109DA4C" w14:textId="77777777" w:rsidR="001E1635" w:rsidRDefault="004D7385">
            <w:pPr>
              <w:keepNext/>
            </w:pPr>
            <w:r>
              <w:rPr>
                <w:sz w:val="16"/>
              </w:rPr>
              <w:t xml:space="preserve"> Reprezentare</w:t>
            </w:r>
          </w:p>
        </w:tc>
      </w:tr>
      <w:tr w:rsidR="001E1635" w14:paraId="10CEC702" w14:textId="77777777">
        <w:trPr>
          <w:cantSplit/>
          <w:trHeight w:val="510"/>
        </w:trPr>
        <w:tc>
          <w:tcPr>
            <w:tcW w:w="6424" w:type="dxa"/>
            <w:gridSpan w:val="6"/>
          </w:tcPr>
          <w:p w14:paraId="3D5CCA69" w14:textId="77777777" w:rsidR="001E1635" w:rsidRDefault="004D7385">
            <w:pPr>
              <w:keepNext/>
            </w:pPr>
            <w:r>
              <w:rPr>
                <w:b/>
                <w:color w:val="0D5F78"/>
              </w:rPr>
              <w:t>În calitate de reprezentant al</w:t>
            </w:r>
          </w:p>
          <w:p w14:paraId="2BCE0519" w14:textId="77777777" w:rsidR="001E1635" w:rsidRDefault="001E1635">
            <w:pPr>
              <w:keepNext/>
            </w:pPr>
          </w:p>
        </w:tc>
        <w:tc>
          <w:tcPr>
            <w:tcW w:w="3212" w:type="dxa"/>
            <w:gridSpan w:val="2"/>
          </w:tcPr>
          <w:p w14:paraId="19A65997" w14:textId="77777777" w:rsidR="001E1635" w:rsidRDefault="004D7385">
            <w:pPr>
              <w:keepNext/>
            </w:pPr>
            <w:r>
              <w:rPr>
                <w:b/>
                <w:color w:val="0D5F78"/>
              </w:rPr>
              <w:t>CUI / CIF</w:t>
            </w:r>
          </w:p>
          <w:p w14:paraId="1DC7B09A" w14:textId="77777777" w:rsidR="001E1635" w:rsidRDefault="001E1635">
            <w:pPr>
              <w:keepNext/>
            </w:pPr>
          </w:p>
        </w:tc>
      </w:tr>
      <w:tr w:rsidR="001E1635" w:rsidRPr="00A37FAC" w14:paraId="345755EE" w14:textId="77777777">
        <w:trPr>
          <w:cantSplit/>
        </w:trPr>
        <w:tc>
          <w:tcPr>
            <w:tcW w:w="9636" w:type="dxa"/>
            <w:gridSpan w:val="8"/>
          </w:tcPr>
          <w:p w14:paraId="67B56101" w14:textId="77777777" w:rsidR="001E1635" w:rsidRPr="006257CA" w:rsidRDefault="004D7385">
            <w:pPr>
              <w:rPr>
                <w:lang w:val="fr-FR"/>
              </w:rPr>
            </w:pPr>
            <w:r w:rsidRPr="006257CA">
              <w:rPr>
                <w:sz w:val="16"/>
                <w:lang w:val="fr-FR"/>
              </w:rPr>
              <w:t xml:space="preserve"> ☐ titular al dreptului de proprietate     ☐ împuternicit al titularului</w:t>
            </w:r>
          </w:p>
        </w:tc>
      </w:tr>
    </w:tbl>
    <w:p w14:paraId="15885AE3" w14:textId="77777777" w:rsidR="001E1635" w:rsidRPr="006257CA" w:rsidRDefault="001E1635">
      <w:pPr>
        <w:spacing w:line="168" w:lineRule="auto"/>
        <w:rPr>
          <w:lang w:val="fr-FR"/>
        </w:rPr>
      </w:pPr>
    </w:p>
    <w:p w14:paraId="2B137E9F" w14:textId="77777777" w:rsidR="001E1635" w:rsidRPr="006257CA" w:rsidRDefault="004D7385">
      <w:pPr>
        <w:spacing w:before="80" w:after="60"/>
        <w:jc w:val="center"/>
        <w:rPr>
          <w:lang w:val="fr-FR"/>
        </w:rPr>
      </w:pPr>
      <w:r w:rsidRPr="006257CA">
        <w:rPr>
          <w:sz w:val="18"/>
          <w:lang w:val="fr-FR"/>
        </w:rPr>
        <w:t>în conformitate cu prevederile Legii nr. 169/2026 privind Codul amenajării teritoriului, urbanismului și construcțiilor,</w:t>
      </w:r>
    </w:p>
    <w:p w14:paraId="25ED7088" w14:textId="77777777" w:rsidR="001E1635" w:rsidRPr="006257CA" w:rsidRDefault="004D7385">
      <w:pPr>
        <w:spacing w:before="80" w:after="60"/>
        <w:jc w:val="center"/>
        <w:rPr>
          <w:lang w:val="fr-FR"/>
        </w:rPr>
      </w:pPr>
      <w:r w:rsidRPr="006257CA">
        <w:rPr>
          <w:sz w:val="18"/>
          <w:lang w:val="fr-FR"/>
        </w:rPr>
        <w:t>solicit emiterea</w:t>
      </w:r>
    </w:p>
    <w:p w14:paraId="2102D1EC" w14:textId="77777777" w:rsidR="001E1635" w:rsidRPr="006257CA" w:rsidRDefault="004D7385">
      <w:pPr>
        <w:spacing w:after="160"/>
        <w:jc w:val="center"/>
        <w:rPr>
          <w:lang w:val="fr-FR"/>
        </w:rPr>
      </w:pPr>
      <w:r w:rsidRPr="006257CA">
        <w:rPr>
          <w:b/>
          <w:sz w:val="20"/>
          <w:lang w:val="fr-FR"/>
        </w:rPr>
        <w:t>CERTIFICATULUI DE URBANISM</w:t>
      </w:r>
    </w:p>
    <w:p w14:paraId="043C0D46" w14:textId="77777777" w:rsidR="001E1635" w:rsidRDefault="004D7385">
      <w:pPr>
        <w:spacing w:after="160"/>
        <w:jc w:val="center"/>
        <w:rPr>
          <w:b/>
          <w:sz w:val="20"/>
          <w:lang w:val="fr-FR"/>
        </w:rPr>
      </w:pPr>
      <w:r w:rsidRPr="006257CA">
        <w:rPr>
          <w:b/>
          <w:sz w:val="20"/>
          <w:lang w:val="fr-FR"/>
        </w:rPr>
        <w:t>PENTRU OPERAȚIUNI CADASTRALE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636"/>
      </w:tblGrid>
      <w:tr w:rsidR="006257CA" w:rsidRPr="006257CA" w14:paraId="1F9B2A48" w14:textId="77777777" w:rsidTr="006257CA">
        <w:tc>
          <w:tcPr>
            <w:tcW w:w="9636" w:type="dxa"/>
          </w:tcPr>
          <w:p w14:paraId="231CB6BD" w14:textId="5A290929" w:rsidR="006257CA" w:rsidRPr="006257CA" w:rsidRDefault="006257CA" w:rsidP="00C245EC">
            <w:pPr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3. </w:t>
            </w:r>
            <w:r w:rsidRPr="006257CA">
              <w:rPr>
                <w:b/>
                <w:bCs/>
                <w:sz w:val="18"/>
                <w:szCs w:val="18"/>
              </w:rPr>
              <w:t>ÎN  VEDEREA REALIZĂRII OPERAȚIUNII CADATRALE :</w:t>
            </w:r>
          </w:p>
        </w:tc>
      </w:tr>
      <w:tr w:rsidR="006257CA" w:rsidRPr="00A37FAC" w14:paraId="3DEC5D63" w14:textId="77777777" w:rsidTr="006257CA">
        <w:tc>
          <w:tcPr>
            <w:tcW w:w="9636" w:type="dxa"/>
          </w:tcPr>
          <w:p w14:paraId="008D0B05" w14:textId="77777777" w:rsidR="006257CA" w:rsidRPr="000F0E2F" w:rsidRDefault="006257CA" w:rsidP="00C245EC">
            <w:pPr>
              <w:rPr>
                <w:lang w:val="fr-FR"/>
              </w:rPr>
            </w:pPr>
            <w:r w:rsidRPr="000F0E2F">
              <w:rPr>
                <w:rFonts w:ascii="Segoe UI Symbol" w:hAnsi="Segoe UI Symbol" w:cs="Segoe UI Symbol"/>
                <w:lang w:val="fr-FR"/>
              </w:rPr>
              <w:t>☐</w:t>
            </w:r>
            <w:r w:rsidRPr="000F0E2F">
              <w:rPr>
                <w:lang w:val="fr-FR"/>
              </w:rPr>
              <w:t xml:space="preserve"> comasare (alipire)     </w:t>
            </w:r>
            <w:r w:rsidRPr="000F0E2F">
              <w:rPr>
                <w:rFonts w:ascii="Segoe UI Symbol" w:hAnsi="Segoe UI Symbol" w:cs="Segoe UI Symbol"/>
                <w:lang w:val="fr-FR"/>
              </w:rPr>
              <w:t>☐</w:t>
            </w:r>
            <w:r w:rsidRPr="000F0E2F">
              <w:rPr>
                <w:lang w:val="fr-FR"/>
              </w:rPr>
              <w:t xml:space="preserve"> dezmembrare (dezlipire)     </w:t>
            </w:r>
            <w:r w:rsidRPr="000F0E2F">
              <w:rPr>
                <w:rFonts w:ascii="Segoe UI Symbol" w:hAnsi="Segoe UI Symbol" w:cs="Segoe UI Symbol"/>
                <w:lang w:val="fr-FR"/>
              </w:rPr>
              <w:t>☐</w:t>
            </w:r>
            <w:r w:rsidRPr="000F0E2F">
              <w:rPr>
                <w:lang w:val="fr-FR"/>
              </w:rPr>
              <w:t xml:space="preserve"> </w:t>
            </w:r>
            <w:r w:rsidRPr="000F0E2F">
              <w:rPr>
                <w:rFonts w:cs="Times New Roman"/>
                <w:lang w:val="fr-FR"/>
              </w:rPr>
              <w:t>î</w:t>
            </w:r>
            <w:r w:rsidRPr="000F0E2F">
              <w:rPr>
                <w:lang w:val="fr-FR"/>
              </w:rPr>
              <w:t>nscrierea unor servitu</w:t>
            </w:r>
            <w:r w:rsidRPr="000F0E2F">
              <w:rPr>
                <w:rFonts w:cs="Times New Roman"/>
                <w:lang w:val="fr-FR"/>
              </w:rPr>
              <w:t>ț</w:t>
            </w:r>
            <w:r w:rsidRPr="000F0E2F">
              <w:rPr>
                <w:lang w:val="fr-FR"/>
              </w:rPr>
              <w:t>i de trecere</w:t>
            </w:r>
          </w:p>
        </w:tc>
      </w:tr>
      <w:tr w:rsidR="006257CA" w:rsidRPr="00A37FAC" w14:paraId="13134CBC" w14:textId="77777777" w:rsidTr="006257CA">
        <w:tc>
          <w:tcPr>
            <w:tcW w:w="9636" w:type="dxa"/>
          </w:tcPr>
          <w:p w14:paraId="2FC77D01" w14:textId="77777777" w:rsidR="006257CA" w:rsidRPr="000F0E2F" w:rsidRDefault="006257CA" w:rsidP="00C245EC">
            <w:pPr>
              <w:rPr>
                <w:lang w:val="fr-FR"/>
              </w:rPr>
            </w:pPr>
            <w:r w:rsidRPr="000F0E2F">
              <w:rPr>
                <w:lang w:val="fr-FR"/>
              </w:rPr>
              <w:t xml:space="preserve"> </w:t>
            </w:r>
            <w:r w:rsidRPr="000F0E2F">
              <w:rPr>
                <w:rFonts w:ascii="Segoe UI Symbol" w:hAnsi="Segoe UI Symbol" w:cs="Segoe UI Symbol"/>
                <w:lang w:val="fr-FR"/>
              </w:rPr>
              <w:t>☐</w:t>
            </w:r>
            <w:r w:rsidRPr="000F0E2F">
              <w:rPr>
                <w:lang w:val="fr-FR"/>
              </w:rPr>
              <w:t xml:space="preserve"> eviden</w:t>
            </w:r>
            <w:r w:rsidRPr="000F0E2F">
              <w:rPr>
                <w:rFonts w:cs="Times New Roman"/>
                <w:lang w:val="fr-FR"/>
              </w:rPr>
              <w:t>ț</w:t>
            </w:r>
            <w:r w:rsidRPr="000F0E2F">
              <w:rPr>
                <w:lang w:val="fr-FR"/>
              </w:rPr>
              <w:t xml:space="preserve">ieri de imobile </w:t>
            </w:r>
            <w:r w:rsidRPr="000F0E2F">
              <w:rPr>
                <w:rFonts w:cs="Times New Roman"/>
                <w:lang w:val="fr-FR"/>
              </w:rPr>
              <w:t>î</w:t>
            </w:r>
            <w:r w:rsidRPr="000F0E2F">
              <w:rPr>
                <w:lang w:val="fr-FR"/>
              </w:rPr>
              <w:t>n cartea funciar</w:t>
            </w:r>
            <w:r w:rsidRPr="000F0E2F">
              <w:rPr>
                <w:rFonts w:cs="Times New Roman"/>
                <w:lang w:val="fr-FR"/>
              </w:rPr>
              <w:t>ă</w:t>
            </w:r>
            <w:r w:rsidRPr="000F0E2F">
              <w:rPr>
                <w:lang w:val="fr-FR"/>
              </w:rPr>
              <w:t xml:space="preserve">     </w:t>
            </w:r>
            <w:r w:rsidRPr="000F0E2F">
              <w:rPr>
                <w:rFonts w:ascii="Segoe UI Symbol" w:hAnsi="Segoe UI Symbol" w:cs="Segoe UI Symbol"/>
                <w:lang w:val="fr-FR"/>
              </w:rPr>
              <w:t>☐</w:t>
            </w:r>
            <w:r w:rsidRPr="000F0E2F">
              <w:rPr>
                <w:lang w:val="fr-FR"/>
              </w:rPr>
              <w:t xml:space="preserve"> reeviden</w:t>
            </w:r>
            <w:r w:rsidRPr="000F0E2F">
              <w:rPr>
                <w:rFonts w:cs="Times New Roman"/>
                <w:lang w:val="fr-FR"/>
              </w:rPr>
              <w:t>ț</w:t>
            </w:r>
            <w:r w:rsidRPr="000F0E2F">
              <w:rPr>
                <w:lang w:val="fr-FR"/>
              </w:rPr>
              <w:t xml:space="preserve">ieri de imobile </w:t>
            </w:r>
            <w:r w:rsidRPr="000F0E2F">
              <w:rPr>
                <w:rFonts w:cs="Times New Roman"/>
                <w:lang w:val="fr-FR"/>
              </w:rPr>
              <w:t>î</w:t>
            </w:r>
            <w:r w:rsidRPr="000F0E2F">
              <w:rPr>
                <w:lang w:val="fr-FR"/>
              </w:rPr>
              <w:t>n cartea funciar</w:t>
            </w:r>
            <w:r w:rsidRPr="000F0E2F">
              <w:rPr>
                <w:rFonts w:cs="Times New Roman"/>
                <w:lang w:val="fr-FR"/>
              </w:rPr>
              <w:t>ă</w:t>
            </w:r>
          </w:p>
        </w:tc>
      </w:tr>
      <w:tr w:rsidR="001E1635" w14:paraId="4130274C" w14:textId="77777777">
        <w:tblPrEx>
          <w:tblBorders>
            <w:top w:val="single" w:sz="4" w:space="0" w:color="767676"/>
            <w:left w:val="single" w:sz="4" w:space="0" w:color="767676"/>
            <w:bottom w:val="single" w:sz="4" w:space="0" w:color="767676"/>
            <w:right w:val="single" w:sz="4" w:space="0" w:color="767676"/>
            <w:insideH w:val="single" w:sz="4" w:space="0" w:color="767676"/>
            <w:insideV w:val="single" w:sz="4" w:space="0" w:color="767676"/>
          </w:tblBorders>
        </w:tblPrEx>
        <w:trPr>
          <w:cantSplit/>
        </w:trPr>
        <w:tc>
          <w:tcPr>
            <w:tcW w:w="9636" w:type="dxa"/>
            <w:shd w:val="clear" w:color="auto" w:fill="F4F4F4"/>
          </w:tcPr>
          <w:p w14:paraId="0ED5F54C" w14:textId="12969A2F" w:rsidR="001E1635" w:rsidRDefault="006257CA">
            <w:pPr>
              <w:keepNext/>
            </w:pPr>
            <w:r>
              <w:rPr>
                <w:sz w:val="16"/>
                <w:lang w:val="fr-FR"/>
              </w:rPr>
              <w:t>Descrierea operațiunii cadastrale propuse :</w:t>
            </w:r>
          </w:p>
        </w:tc>
      </w:tr>
      <w:tr w:rsidR="001E1635" w14:paraId="2E947D31" w14:textId="77777777">
        <w:tblPrEx>
          <w:tblBorders>
            <w:top w:val="single" w:sz="4" w:space="0" w:color="767676"/>
            <w:left w:val="single" w:sz="4" w:space="0" w:color="767676"/>
            <w:bottom w:val="single" w:sz="4" w:space="0" w:color="767676"/>
            <w:right w:val="single" w:sz="4" w:space="0" w:color="767676"/>
            <w:insideH w:val="single" w:sz="4" w:space="0" w:color="767676"/>
            <w:insideV w:val="single" w:sz="4" w:space="0" w:color="767676"/>
          </w:tblBorders>
        </w:tblPrEx>
        <w:trPr>
          <w:cantSplit/>
        </w:trPr>
        <w:tc>
          <w:tcPr>
            <w:tcW w:w="9636" w:type="dxa"/>
          </w:tcPr>
          <w:p w14:paraId="6F605B69" w14:textId="77777777" w:rsidR="001E1635" w:rsidRDefault="001E1635">
            <w:pPr>
              <w:pBdr>
                <w:bottom w:val="dotted" w:sz="6" w:space="0" w:color="999999"/>
              </w:pBdr>
              <w:spacing w:after="80"/>
            </w:pPr>
          </w:p>
          <w:p w14:paraId="5E9FABF3" w14:textId="77777777" w:rsidR="001E1635" w:rsidRDefault="001E1635">
            <w:pPr>
              <w:pBdr>
                <w:bottom w:val="dotted" w:sz="6" w:space="0" w:color="999999"/>
              </w:pBdr>
              <w:spacing w:after="80"/>
            </w:pPr>
          </w:p>
        </w:tc>
      </w:tr>
    </w:tbl>
    <w:p w14:paraId="11939A91" w14:textId="77777777" w:rsidR="001E1635" w:rsidRPr="006257CA" w:rsidRDefault="001E1635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1E1635" w14:paraId="41F9A1C0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669D7761" w14:textId="0F69B76E" w:rsidR="001E1635" w:rsidRDefault="004D7385">
            <w:pPr>
              <w:keepNext/>
            </w:pPr>
            <w:r w:rsidRPr="006257CA">
              <w:rPr>
                <w:b/>
                <w:sz w:val="16"/>
                <w:lang w:val="fr-FR"/>
              </w:rPr>
              <w:t xml:space="preserve"> </w:t>
            </w:r>
            <w:r w:rsidR="006257CA">
              <w:rPr>
                <w:b/>
                <w:sz w:val="16"/>
              </w:rPr>
              <w:t>4</w:t>
            </w:r>
            <w:r>
              <w:rPr>
                <w:b/>
                <w:sz w:val="16"/>
              </w:rPr>
              <w:t xml:space="preserve">. </w:t>
            </w:r>
            <w:r>
              <w:rPr>
                <w:b/>
                <w:color w:val="000000"/>
                <w:sz w:val="18"/>
              </w:rPr>
              <w:t>IMOBILUL</w:t>
            </w:r>
          </w:p>
        </w:tc>
      </w:tr>
      <w:tr w:rsidR="001E1635" w14:paraId="5CECB338" w14:textId="77777777">
        <w:trPr>
          <w:cantSplit/>
        </w:trPr>
        <w:tc>
          <w:tcPr>
            <w:tcW w:w="9636" w:type="dxa"/>
            <w:gridSpan w:val="6"/>
          </w:tcPr>
          <w:p w14:paraId="20BF109A" w14:textId="77777777" w:rsidR="001E1635" w:rsidRDefault="004D7385">
            <w:pPr>
              <w:keepNext/>
            </w:pPr>
            <w:r>
              <w:rPr>
                <w:sz w:val="16"/>
              </w:rPr>
              <w:t xml:space="preserve"> ☐ teren     ☐ construcții</w:t>
            </w:r>
          </w:p>
        </w:tc>
      </w:tr>
      <w:tr w:rsidR="001E1635" w14:paraId="45CA87BD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7FA44BEC" w14:textId="77777777" w:rsidR="001E1635" w:rsidRDefault="004D7385">
            <w:pPr>
              <w:keepNext/>
            </w:pPr>
            <w:r>
              <w:rPr>
                <w:b/>
                <w:color w:val="0D5F78"/>
              </w:rPr>
              <w:t>Județ</w:t>
            </w:r>
          </w:p>
          <w:p w14:paraId="5D01A21B" w14:textId="77777777" w:rsidR="001E1635" w:rsidRDefault="001E1635">
            <w:pPr>
              <w:keepNext/>
            </w:pPr>
          </w:p>
        </w:tc>
        <w:tc>
          <w:tcPr>
            <w:tcW w:w="3212" w:type="dxa"/>
            <w:gridSpan w:val="2"/>
          </w:tcPr>
          <w:p w14:paraId="22B4CBF0" w14:textId="77777777" w:rsidR="001E1635" w:rsidRDefault="004D7385">
            <w:pPr>
              <w:keepNext/>
            </w:pPr>
            <w:r>
              <w:rPr>
                <w:b/>
                <w:color w:val="0D5F78"/>
              </w:rPr>
              <w:t>Municipiu / oraș / comună</w:t>
            </w:r>
          </w:p>
          <w:p w14:paraId="0D007FC5" w14:textId="77777777" w:rsidR="001E1635" w:rsidRDefault="001E1635">
            <w:pPr>
              <w:keepNext/>
            </w:pPr>
          </w:p>
        </w:tc>
        <w:tc>
          <w:tcPr>
            <w:tcW w:w="3212" w:type="dxa"/>
            <w:gridSpan w:val="2"/>
          </w:tcPr>
          <w:p w14:paraId="67326A47" w14:textId="77777777" w:rsidR="001E1635" w:rsidRDefault="004D7385">
            <w:pPr>
              <w:keepNext/>
            </w:pPr>
            <w:r>
              <w:rPr>
                <w:b/>
                <w:color w:val="0D5F78"/>
              </w:rPr>
              <w:t>Sat / sector</w:t>
            </w:r>
          </w:p>
          <w:p w14:paraId="14240B19" w14:textId="77777777" w:rsidR="001E1635" w:rsidRDefault="001E1635">
            <w:pPr>
              <w:keepNext/>
            </w:pPr>
          </w:p>
        </w:tc>
      </w:tr>
      <w:tr w:rsidR="001E1635" w14:paraId="558EF397" w14:textId="77777777">
        <w:trPr>
          <w:cantSplit/>
          <w:trHeight w:val="510"/>
        </w:trPr>
        <w:tc>
          <w:tcPr>
            <w:tcW w:w="1606" w:type="dxa"/>
          </w:tcPr>
          <w:p w14:paraId="05C62658" w14:textId="77777777" w:rsidR="001E1635" w:rsidRDefault="004D7385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1DB9B8CA" w14:textId="77777777" w:rsidR="001E1635" w:rsidRDefault="001E1635">
            <w:pPr>
              <w:keepNext/>
            </w:pPr>
          </w:p>
        </w:tc>
        <w:tc>
          <w:tcPr>
            <w:tcW w:w="4818" w:type="dxa"/>
            <w:gridSpan w:val="3"/>
          </w:tcPr>
          <w:p w14:paraId="78F2E769" w14:textId="77777777" w:rsidR="001E1635" w:rsidRDefault="004D7385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19A492AB" w14:textId="77777777" w:rsidR="001E1635" w:rsidRDefault="001E1635">
            <w:pPr>
              <w:keepNext/>
            </w:pPr>
          </w:p>
        </w:tc>
        <w:tc>
          <w:tcPr>
            <w:tcW w:w="803" w:type="dxa"/>
          </w:tcPr>
          <w:p w14:paraId="599B76C6" w14:textId="77777777" w:rsidR="001E1635" w:rsidRDefault="004D7385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3C285CCD" w14:textId="77777777" w:rsidR="001E1635" w:rsidRDefault="001E1635">
            <w:pPr>
              <w:keepNext/>
            </w:pPr>
          </w:p>
        </w:tc>
        <w:tc>
          <w:tcPr>
            <w:tcW w:w="2409" w:type="dxa"/>
          </w:tcPr>
          <w:p w14:paraId="737CFA43" w14:textId="77777777" w:rsidR="001E1635" w:rsidRDefault="004D7385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1C99DBB8" w14:textId="77777777" w:rsidR="001E1635" w:rsidRDefault="001E1635">
            <w:pPr>
              <w:keepNext/>
            </w:pPr>
          </w:p>
        </w:tc>
      </w:tr>
      <w:tr w:rsidR="001E1635" w14:paraId="7C749B99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6823C836" w14:textId="77777777" w:rsidR="001E1635" w:rsidRPr="006257CA" w:rsidRDefault="004D7385">
            <w:pPr>
              <w:keepNext/>
              <w:rPr>
                <w:lang w:val="fr-FR"/>
              </w:rPr>
            </w:pPr>
            <w:r w:rsidRPr="006257CA">
              <w:rPr>
                <w:b/>
                <w:color w:val="0D5F78"/>
                <w:lang w:val="fr-FR"/>
              </w:rPr>
              <w:t>Număr cadastral</w:t>
            </w:r>
          </w:p>
          <w:p w14:paraId="3FC4B016" w14:textId="77777777" w:rsidR="001E1635" w:rsidRPr="006257CA" w:rsidRDefault="004D7385">
            <w:pPr>
              <w:keepNext/>
              <w:rPr>
                <w:lang w:val="fr-FR"/>
              </w:rPr>
            </w:pPr>
            <w:r w:rsidRPr="006257CA">
              <w:rPr>
                <w:i/>
                <w:color w:val="7A7A7A"/>
                <w:lang w:val="fr-FR"/>
              </w:rPr>
              <w:t>dacă imobilul e înscris în e-Terra</w:t>
            </w:r>
          </w:p>
          <w:p w14:paraId="77A4081E" w14:textId="77777777" w:rsidR="001E1635" w:rsidRPr="006257CA" w:rsidRDefault="001E1635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3"/>
          </w:tcPr>
          <w:p w14:paraId="6AD855B7" w14:textId="77777777" w:rsidR="001E1635" w:rsidRDefault="004D7385">
            <w:pPr>
              <w:keepNext/>
            </w:pPr>
            <w:r>
              <w:rPr>
                <w:b/>
                <w:color w:val="0D5F78"/>
              </w:rPr>
              <w:t>Carte funciară nr.</w:t>
            </w:r>
          </w:p>
          <w:p w14:paraId="085D4033" w14:textId="77777777" w:rsidR="001E1635" w:rsidRDefault="001E1635">
            <w:pPr>
              <w:keepNext/>
            </w:pPr>
          </w:p>
        </w:tc>
      </w:tr>
    </w:tbl>
    <w:p w14:paraId="6A8F4A2A" w14:textId="1AAC5F68" w:rsidR="001E1635" w:rsidRPr="006257CA" w:rsidRDefault="001E1635" w:rsidP="006257CA"/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1E1635" w14:paraId="748EC5C4" w14:textId="77777777">
        <w:trPr>
          <w:cantSplit/>
        </w:trPr>
        <w:tc>
          <w:tcPr>
            <w:tcW w:w="9636" w:type="dxa"/>
            <w:shd w:val="clear" w:color="auto" w:fill="F4F4F4"/>
          </w:tcPr>
          <w:p w14:paraId="161D13D6" w14:textId="77777777" w:rsidR="001E1635" w:rsidRDefault="004D7385">
            <w:pPr>
              <w:keepNext/>
            </w:pPr>
            <w:r w:rsidRPr="006257C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5. </w:t>
            </w:r>
            <w:r>
              <w:rPr>
                <w:b/>
                <w:color w:val="000000"/>
                <w:sz w:val="18"/>
              </w:rPr>
              <w:t>SE ANEXEAZĂ</w:t>
            </w:r>
          </w:p>
        </w:tc>
      </w:tr>
      <w:tr w:rsidR="001E1635" w:rsidRPr="00A37FAC" w14:paraId="289229A3" w14:textId="77777777">
        <w:trPr>
          <w:cantSplit/>
        </w:trPr>
        <w:tc>
          <w:tcPr>
            <w:tcW w:w="9636" w:type="dxa"/>
          </w:tcPr>
          <w:p w14:paraId="595ED756" w14:textId="6E06C131" w:rsidR="006257CA" w:rsidRDefault="004D7385">
            <w:pPr>
              <w:rPr>
                <w:sz w:val="16"/>
                <w:lang w:val="fr-FR"/>
              </w:rPr>
            </w:pPr>
            <w:r w:rsidRPr="006257CA">
              <w:rPr>
                <w:sz w:val="16"/>
                <w:lang w:val="fr-FR"/>
              </w:rPr>
              <w:t xml:space="preserve"> ☐ documentația cadastrală     </w:t>
            </w:r>
            <w:r w:rsidR="006257CA">
              <w:rPr>
                <w:sz w:val="16"/>
                <w:lang w:val="fr-FR"/>
              </w:rPr>
              <w:t xml:space="preserve">                         </w:t>
            </w:r>
            <w:r w:rsidR="006257CA" w:rsidRPr="006257CA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="006257CA">
              <w:rPr>
                <w:rFonts w:ascii="Segoe UI Symbol" w:hAnsi="Segoe UI Symbol" w:cs="Segoe UI Symbol"/>
                <w:sz w:val="16"/>
                <w:lang w:val="fr-FR"/>
              </w:rPr>
              <w:t xml:space="preserve"> </w:t>
            </w:r>
            <w:r w:rsidR="006257CA" w:rsidRPr="006257CA">
              <w:rPr>
                <w:sz w:val="16"/>
                <w:lang w:val="fr-FR"/>
              </w:rPr>
              <w:t>plan cu o propunere de comasare/dezmembrare</w:t>
            </w:r>
          </w:p>
          <w:p w14:paraId="2445E5EB" w14:textId="2BE49333" w:rsidR="001E1635" w:rsidRPr="006257CA" w:rsidRDefault="006257CA">
            <w:pPr>
              <w:rPr>
                <w:sz w:val="16"/>
                <w:lang w:val="fr-FR"/>
              </w:rPr>
            </w:pPr>
            <w:r w:rsidRPr="006257CA">
              <w:rPr>
                <w:sz w:val="16"/>
                <w:lang w:val="fr-FR"/>
              </w:rPr>
              <w:t xml:space="preserve"> </w:t>
            </w:r>
            <w:r>
              <w:rPr>
                <w:sz w:val="16"/>
                <w:lang w:val="fr-FR"/>
              </w:rPr>
              <w:t xml:space="preserve"> </w:t>
            </w:r>
            <w:r w:rsidRPr="006257CA">
              <w:rPr>
                <w:sz w:val="16"/>
                <w:lang w:val="fr-FR"/>
              </w:rPr>
              <w:t>☐ extras de carte funciară actualizat</w:t>
            </w:r>
            <w:r>
              <w:rPr>
                <w:sz w:val="16"/>
                <w:lang w:val="fr-FR"/>
              </w:rPr>
              <w:t xml:space="preserve">              </w:t>
            </w:r>
            <w:r w:rsidRPr="006257CA">
              <w:rPr>
                <w:sz w:val="16"/>
                <w:lang w:val="fr-FR"/>
              </w:rPr>
              <w:t>☐ plan de încadrare în zonă în sistem Stereo 70</w:t>
            </w:r>
            <w:r>
              <w:rPr>
                <w:sz w:val="16"/>
                <w:lang w:val="fr-FR"/>
              </w:rPr>
              <w:t xml:space="preserve">                    </w:t>
            </w:r>
            <w:r w:rsidRPr="006257CA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6257CA">
              <w:rPr>
                <w:sz w:val="16"/>
                <w:lang w:val="fr-FR"/>
              </w:rPr>
              <w:t xml:space="preserve"> împuternicirea, dacă este cazul      </w:t>
            </w:r>
          </w:p>
        </w:tc>
      </w:tr>
    </w:tbl>
    <w:p w14:paraId="0A540DB6" w14:textId="77777777" w:rsidR="001E1635" w:rsidRPr="006257CA" w:rsidRDefault="001E1635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1E1635" w14:paraId="457DF426" w14:textId="77777777">
        <w:trPr>
          <w:cantSplit/>
        </w:trPr>
        <w:tc>
          <w:tcPr>
            <w:tcW w:w="9636" w:type="dxa"/>
            <w:shd w:val="clear" w:color="auto" w:fill="F4F4F4"/>
          </w:tcPr>
          <w:p w14:paraId="559EBB22" w14:textId="77777777" w:rsidR="001E1635" w:rsidRDefault="004D7385">
            <w:pPr>
              <w:keepNext/>
            </w:pPr>
            <w:r w:rsidRPr="006257C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6. </w:t>
            </w:r>
            <w:r>
              <w:rPr>
                <w:b/>
                <w:color w:val="000000"/>
                <w:sz w:val="18"/>
              </w:rPr>
              <w:t>COMUNICAREA RĂSPUNSULUI</w:t>
            </w:r>
          </w:p>
        </w:tc>
      </w:tr>
      <w:tr w:rsidR="001E1635" w:rsidRPr="00A37FAC" w14:paraId="49112FAF" w14:textId="77777777">
        <w:trPr>
          <w:cantSplit/>
        </w:trPr>
        <w:tc>
          <w:tcPr>
            <w:tcW w:w="9636" w:type="dxa"/>
          </w:tcPr>
          <w:p w14:paraId="0C0C25C2" w14:textId="77777777" w:rsidR="001E1635" w:rsidRPr="006257CA" w:rsidRDefault="004D7385">
            <w:pPr>
              <w:rPr>
                <w:lang w:val="fr-FR"/>
              </w:rPr>
            </w:pPr>
            <w:r w:rsidRPr="006257CA">
              <w:rPr>
                <w:sz w:val="16"/>
                <w:lang w:val="fr-FR"/>
              </w:rPr>
              <w:t xml:space="preserve"> ☐ în format scris, prin poștă     ☐ în format digital, la adresa de e-mail indicată     ☐ ridicare de la sediul autorității</w:t>
            </w:r>
          </w:p>
        </w:tc>
      </w:tr>
    </w:tbl>
    <w:p w14:paraId="335F2CDC" w14:textId="77777777" w:rsidR="001E1635" w:rsidRPr="006257CA" w:rsidRDefault="001E1635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1E1635" w14:paraId="31A38AB3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6548B70E" w14:textId="77777777" w:rsidR="001E1635" w:rsidRDefault="004D7385">
            <w:pPr>
              <w:keepNext/>
            </w:pPr>
            <w:r w:rsidRPr="006257C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7.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1E1635" w14:paraId="5E47B751" w14:textId="77777777">
        <w:trPr>
          <w:cantSplit/>
          <w:trHeight w:val="510"/>
        </w:trPr>
        <w:tc>
          <w:tcPr>
            <w:tcW w:w="1606" w:type="dxa"/>
          </w:tcPr>
          <w:p w14:paraId="6A0CBD1B" w14:textId="77777777" w:rsidR="001E1635" w:rsidRDefault="004D7385">
            <w:r>
              <w:rPr>
                <w:b/>
                <w:color w:val="0D5F78"/>
              </w:rPr>
              <w:t>Data</w:t>
            </w:r>
          </w:p>
          <w:p w14:paraId="05BFAAF9" w14:textId="77777777" w:rsidR="001E1635" w:rsidRDefault="001E1635"/>
        </w:tc>
        <w:tc>
          <w:tcPr>
            <w:tcW w:w="4818" w:type="dxa"/>
          </w:tcPr>
          <w:p w14:paraId="250ED718" w14:textId="77777777" w:rsidR="001E1635" w:rsidRDefault="004D7385">
            <w:r>
              <w:rPr>
                <w:b/>
                <w:color w:val="0D5F78"/>
              </w:rPr>
              <w:t>Solicitantul</w:t>
            </w:r>
          </w:p>
          <w:p w14:paraId="455E75E1" w14:textId="77777777" w:rsidR="001E1635" w:rsidRDefault="001E1635"/>
        </w:tc>
        <w:tc>
          <w:tcPr>
            <w:tcW w:w="3212" w:type="dxa"/>
          </w:tcPr>
          <w:p w14:paraId="53DD217D" w14:textId="77777777" w:rsidR="001E1635" w:rsidRDefault="004D7385">
            <w:r>
              <w:rPr>
                <w:b/>
                <w:color w:val="0D5F78"/>
              </w:rPr>
              <w:t>Semnătura</w:t>
            </w:r>
          </w:p>
          <w:p w14:paraId="655A8FB3" w14:textId="77777777" w:rsidR="001E1635" w:rsidRDefault="001E1635"/>
        </w:tc>
      </w:tr>
    </w:tbl>
    <w:p w14:paraId="005090D8" w14:textId="77777777" w:rsidR="001E1635" w:rsidRDefault="001E1635">
      <w:pPr>
        <w:spacing w:line="168" w:lineRule="auto"/>
      </w:pPr>
    </w:p>
    <w:sectPr w:rsidR="001E1635" w:rsidSect="00034616">
      <w:footerReference w:type="default" r:id="rId10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09CDAA" w14:textId="77777777" w:rsidR="00EC6054" w:rsidRDefault="00EC6054">
      <w:r>
        <w:separator/>
      </w:r>
    </w:p>
  </w:endnote>
  <w:endnote w:type="continuationSeparator" w:id="0">
    <w:p w14:paraId="66DA6D5C" w14:textId="77777777" w:rsidR="00EC6054" w:rsidRDefault="00EC6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8E5FA" w14:textId="20FE7B88" w:rsidR="001E1635" w:rsidRDefault="004D7385">
    <w:pPr>
      <w:pStyle w:val="Footer"/>
      <w:tabs>
        <w:tab w:val="right" w:pos="9639"/>
      </w:tabs>
    </w:pPr>
    <w:r>
      <w:rPr>
        <w:color w:val="595959"/>
      </w:rPr>
      <w:t>F_CU_02 · versiunea 1.0</w:t>
    </w:r>
    <w:r>
      <w:rPr>
        <w:color w:val="595959"/>
      </w:rPr>
      <w:tab/>
      <w:t xml:space="preserve">pagina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C73470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C73470">
      <w:rPr>
        <w:noProof/>
        <w:color w:val="595959"/>
      </w:rPr>
      <w:t>1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653EEA" w14:textId="77777777" w:rsidR="00EC6054" w:rsidRDefault="00EC6054">
      <w:r>
        <w:separator/>
      </w:r>
    </w:p>
  </w:footnote>
  <w:footnote w:type="continuationSeparator" w:id="0">
    <w:p w14:paraId="4C3F2167" w14:textId="77777777" w:rsidR="00EC6054" w:rsidRDefault="00EC6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45373"/>
    <w:rsid w:val="0015074B"/>
    <w:rsid w:val="001A59F7"/>
    <w:rsid w:val="001E1635"/>
    <w:rsid w:val="0029639D"/>
    <w:rsid w:val="00326F90"/>
    <w:rsid w:val="004D7385"/>
    <w:rsid w:val="006257CA"/>
    <w:rsid w:val="00695E09"/>
    <w:rsid w:val="006C103E"/>
    <w:rsid w:val="00714391"/>
    <w:rsid w:val="009C1D11"/>
    <w:rsid w:val="009D782F"/>
    <w:rsid w:val="00A37FAC"/>
    <w:rsid w:val="00AA1D8D"/>
    <w:rsid w:val="00AC5F99"/>
    <w:rsid w:val="00B47730"/>
    <w:rsid w:val="00C73470"/>
    <w:rsid w:val="00CB0664"/>
    <w:rsid w:val="00EC605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71537E"/>
  <w14:defaultImageDpi w14:val="300"/>
  <w15:docId w15:val="{5F3DEF22-94E4-44E9-A21D-CE78EE564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1A59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sjbacau@csjbaca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C4C4B4C-C4AA-4EFC-AF66-353A07251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Cornelia Munteanu</dc:creator>
  <cp:keywords/>
  <cp:lastModifiedBy>Cornelia Munteanu</cp:lastModifiedBy>
  <cp:revision>6</cp:revision>
  <cp:lastPrinted>2026-08-31T10:54:00Z</cp:lastPrinted>
  <dcterms:created xsi:type="dcterms:W3CDTF">2026-08-31T07:23:00Z</dcterms:created>
  <dcterms:modified xsi:type="dcterms:W3CDTF">2026-08-31T10:54:00Z</dcterms:modified>
  <cp:category/>
</cp:coreProperties>
</file>